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CD7C2" w14:textId="245C0E69" w:rsidR="006C12B0" w:rsidRPr="00002AA3" w:rsidRDefault="00A17E6D" w:rsidP="006C12B0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COMUNE DI AULLA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DE7973" w:rsidRPr="00002AA3">
        <w:rPr>
          <w:b/>
          <w:sz w:val="20"/>
          <w:szCs w:val="20"/>
        </w:rPr>
        <w:t>ALLEGATO B</w:t>
      </w:r>
    </w:p>
    <w:p w14:paraId="18B7C0D1" w14:textId="4E041094" w:rsidR="006D3F2C" w:rsidRPr="00002AA3" w:rsidRDefault="00DE7973" w:rsidP="006C12B0">
      <w:pPr>
        <w:jc w:val="both"/>
        <w:rPr>
          <w:szCs w:val="24"/>
        </w:rPr>
      </w:pPr>
      <w:r w:rsidRPr="00002AA3">
        <w:rPr>
          <w:b/>
          <w:szCs w:val="24"/>
        </w:rPr>
        <w:t>MODELLO DI DOMANDA PER L'AFFIDAMENTO DI AREE VERDI PUBBLICHE</w:t>
      </w:r>
    </w:p>
    <w:p w14:paraId="5C6CBF08" w14:textId="1934147D" w:rsidR="006D3F2C" w:rsidRPr="00002AA3" w:rsidRDefault="00DE7973" w:rsidP="006C12B0">
      <w:pPr>
        <w:jc w:val="right"/>
        <w:rPr>
          <w:szCs w:val="24"/>
        </w:rPr>
      </w:pPr>
      <w:r w:rsidRPr="00002AA3">
        <w:rPr>
          <w:szCs w:val="24"/>
        </w:rPr>
        <w:t xml:space="preserve">Al </w:t>
      </w:r>
      <w:proofErr w:type="spellStart"/>
      <w:r w:rsidRPr="00002AA3">
        <w:rPr>
          <w:szCs w:val="24"/>
        </w:rPr>
        <w:t>Comune</w:t>
      </w:r>
      <w:proofErr w:type="spellEnd"/>
      <w:r w:rsidRPr="00002AA3">
        <w:rPr>
          <w:szCs w:val="24"/>
        </w:rPr>
        <w:t xml:space="preserve"> di Aulla</w:t>
      </w:r>
      <w:r w:rsidRPr="00002AA3">
        <w:rPr>
          <w:szCs w:val="24"/>
        </w:rPr>
        <w:br/>
      </w:r>
      <w:proofErr w:type="spellStart"/>
      <w:r w:rsidRPr="00002AA3">
        <w:rPr>
          <w:szCs w:val="24"/>
        </w:rPr>
        <w:t>Ufficio</w:t>
      </w:r>
      <w:proofErr w:type="spellEnd"/>
      <w:r w:rsidRPr="00002AA3">
        <w:rPr>
          <w:szCs w:val="24"/>
        </w:rPr>
        <w:t xml:space="preserve"> </w:t>
      </w:r>
      <w:proofErr w:type="spellStart"/>
      <w:r w:rsidR="006C12B0" w:rsidRPr="00002AA3">
        <w:rPr>
          <w:szCs w:val="24"/>
        </w:rPr>
        <w:t>Tecnico</w:t>
      </w:r>
      <w:proofErr w:type="spellEnd"/>
    </w:p>
    <w:p w14:paraId="6C4012B8" w14:textId="77777777" w:rsidR="00002AA3" w:rsidRDefault="00002AA3" w:rsidP="006C12B0">
      <w:pPr>
        <w:jc w:val="right"/>
      </w:pPr>
    </w:p>
    <w:p w14:paraId="52E97D15" w14:textId="0BA21FF6" w:rsidR="006D3F2C" w:rsidRDefault="00DE7973">
      <w:r>
        <w:t xml:space="preserve">Il/La </w:t>
      </w:r>
      <w:proofErr w:type="spellStart"/>
      <w:r>
        <w:t>sottoscritto</w:t>
      </w:r>
      <w:proofErr w:type="spellEnd"/>
      <w:r>
        <w:t>/a ________________________________________________</w:t>
      </w:r>
      <w:r w:rsidR="006C12B0">
        <w:t>________</w:t>
      </w:r>
    </w:p>
    <w:p w14:paraId="62706D09" w14:textId="5895C772" w:rsidR="006D3F2C" w:rsidRDefault="00DE7973">
      <w:r>
        <w:t>nato/a a __________________________ il ________________</w:t>
      </w:r>
      <w:r w:rsidR="006C12B0">
        <w:t xml:space="preserve"> CF _________________</w:t>
      </w:r>
    </w:p>
    <w:p w14:paraId="0E13ED61" w14:textId="1B2E6320" w:rsidR="006D3F2C" w:rsidRDefault="00DE7973">
      <w:proofErr w:type="spellStart"/>
      <w:r>
        <w:t>residente</w:t>
      </w:r>
      <w:proofErr w:type="spellEnd"/>
      <w:r>
        <w:t xml:space="preserve"> in ________________________________________________</w:t>
      </w:r>
      <w:r w:rsidR="006C12B0">
        <w:t>______________</w:t>
      </w:r>
    </w:p>
    <w:p w14:paraId="18142251" w14:textId="77777777" w:rsidR="006D3F2C" w:rsidRDefault="00DE7973">
      <w:r>
        <w:t>in qualità di legale rappresentante del seguente soggetto (se ricorre):</w:t>
      </w:r>
    </w:p>
    <w:p w14:paraId="5775322D" w14:textId="0A9E46B5" w:rsidR="006D3F2C" w:rsidRDefault="00DE7973">
      <w:proofErr w:type="spellStart"/>
      <w:r>
        <w:t>Denominazione</w:t>
      </w:r>
      <w:proofErr w:type="spellEnd"/>
      <w:r>
        <w:t xml:space="preserve"> ________________________________________</w:t>
      </w:r>
      <w:r w:rsidR="006C12B0">
        <w:t>____________</w:t>
      </w:r>
      <w:r>
        <w:t>______</w:t>
      </w:r>
    </w:p>
    <w:p w14:paraId="4612BD64" w14:textId="56597B82" w:rsidR="006D3F2C" w:rsidRDefault="00DE7973">
      <w:r>
        <w:t>Sede __________________________________</w:t>
      </w:r>
      <w:r w:rsidR="006C12B0">
        <w:t>__________</w:t>
      </w:r>
      <w:r>
        <w:t>______________</w:t>
      </w:r>
      <w:r w:rsidR="006C12B0">
        <w:t>_</w:t>
      </w:r>
      <w:r>
        <w:t>________</w:t>
      </w:r>
    </w:p>
    <w:p w14:paraId="57F88563" w14:textId="5C94DFC5" w:rsidR="006D3F2C" w:rsidRDefault="00DE7973">
      <w:r>
        <w:t>PEC/E-mail ______________</w:t>
      </w:r>
      <w:r w:rsidR="006C12B0">
        <w:t>____________</w:t>
      </w:r>
      <w:r>
        <w:t>________ Tel. _______________________</w:t>
      </w:r>
    </w:p>
    <w:p w14:paraId="7421FB8E" w14:textId="77777777" w:rsidR="006D3F2C" w:rsidRDefault="00DE7973">
      <w:pPr>
        <w:pStyle w:val="Titolo2"/>
      </w:pPr>
      <w:r>
        <w:t>CHIEDE</w:t>
      </w:r>
    </w:p>
    <w:p w14:paraId="56BC798F" w14:textId="0BAE1616" w:rsidR="006D3F2C" w:rsidRDefault="00DE7973">
      <w:r>
        <w:t>l'affidamento in gestione dell'area verde comunale denominata:</w:t>
      </w:r>
      <w:r>
        <w:br/>
      </w:r>
      <w:r>
        <w:br/>
        <w:t>___________________________________________________________</w:t>
      </w:r>
      <w:r w:rsidR="006C12B0">
        <w:t>________-</w:t>
      </w:r>
      <w:r>
        <w:t>___</w:t>
      </w:r>
    </w:p>
    <w:p w14:paraId="17905046" w14:textId="77777777" w:rsidR="006D3F2C" w:rsidRDefault="00DE7973">
      <w:r>
        <w:t>per la durata di:</w:t>
      </w:r>
      <w:r>
        <w:br/>
        <w:t>☐ 1 anno    ☐ 2 anni    ☐ 3 anni</w:t>
      </w:r>
    </w:p>
    <w:p w14:paraId="1664416F" w14:textId="77777777" w:rsidR="006D3F2C" w:rsidRDefault="00DE7973">
      <w:pPr>
        <w:pStyle w:val="Titolo2"/>
      </w:pPr>
      <w:r>
        <w:t>DICHIARA</w:t>
      </w:r>
    </w:p>
    <w:p w14:paraId="1F2EF50D" w14:textId="77777777" w:rsidR="006D3F2C" w:rsidRDefault="00DE7973">
      <w:pPr>
        <w:pStyle w:val="Puntoelenco"/>
      </w:pPr>
      <w:r>
        <w:t>di aver preso visione dell'Avviso pubblico e di accettarne integralmente il contenuto;</w:t>
      </w:r>
    </w:p>
    <w:p w14:paraId="677BB043" w14:textId="77777777" w:rsidR="006D3F2C" w:rsidRDefault="00DE7973">
      <w:pPr>
        <w:pStyle w:val="Puntoelenco"/>
      </w:pPr>
      <w:r>
        <w:t>di impegnarsi ad eseguire gli interventi indicati nel Programma manutentivo;</w:t>
      </w:r>
    </w:p>
    <w:p w14:paraId="0F25F18E" w14:textId="77777777" w:rsidR="006D3F2C" w:rsidRDefault="00DE7973">
      <w:pPr>
        <w:pStyle w:val="Puntoelenco"/>
      </w:pPr>
      <w:r>
        <w:t>di rispettare la normativa vigente in materia di sicurezza, ambiente e tutela del patrimonio pubblico;</w:t>
      </w:r>
    </w:p>
    <w:p w14:paraId="3DB087B0" w14:textId="77777777" w:rsidR="006D3F2C" w:rsidRDefault="00DE7973">
      <w:pPr>
        <w:pStyle w:val="Puntoelenco"/>
      </w:pPr>
      <w:r>
        <w:t>di assumere ogni responsabilità prevista dalla convenzione.</w:t>
      </w:r>
    </w:p>
    <w:p w14:paraId="38524022" w14:textId="77777777" w:rsidR="006D3F2C" w:rsidRDefault="00DE7973">
      <w:pPr>
        <w:pStyle w:val="Titolo2"/>
      </w:pPr>
      <w:r>
        <w:t>Allegati</w:t>
      </w:r>
    </w:p>
    <w:p w14:paraId="46731FFC" w14:textId="77777777" w:rsidR="006D3F2C" w:rsidRDefault="00DE7973">
      <w:pPr>
        <w:pStyle w:val="Puntoelenco"/>
      </w:pPr>
      <w:r>
        <w:t>Programma manutentivo (Allegato C)</w:t>
      </w:r>
    </w:p>
    <w:p w14:paraId="499ED2E6" w14:textId="77777777" w:rsidR="006D3F2C" w:rsidRDefault="00DE7973">
      <w:pPr>
        <w:pStyle w:val="Puntoelenco"/>
      </w:pPr>
      <w:r>
        <w:t>Documento di identità</w:t>
      </w:r>
    </w:p>
    <w:p w14:paraId="6D0D9EEA" w14:textId="77777777" w:rsidR="006D3F2C" w:rsidRDefault="00DE7973">
      <w:pPr>
        <w:pStyle w:val="Puntoelenco"/>
      </w:pPr>
      <w:r>
        <w:t>Statuto (ove previsto)</w:t>
      </w:r>
    </w:p>
    <w:p w14:paraId="3E965D49" w14:textId="77777777" w:rsidR="006D3F2C" w:rsidRDefault="00DE7973">
      <w:pPr>
        <w:pStyle w:val="Puntoelenco"/>
      </w:pPr>
      <w:r>
        <w:t>Ulteriore documentazione tecnica</w:t>
      </w:r>
    </w:p>
    <w:p w14:paraId="2985911D" w14:textId="0014A261" w:rsidR="006D3F2C" w:rsidRDefault="00DE7973">
      <w:r>
        <w:br/>
      </w:r>
      <w:proofErr w:type="spellStart"/>
      <w:r>
        <w:t>Luogo</w:t>
      </w:r>
      <w:proofErr w:type="spellEnd"/>
      <w:r>
        <w:t xml:space="preserve"> e data ____________________</w:t>
      </w:r>
      <w:r w:rsidR="006C12B0">
        <w:t xml:space="preserve">               </w:t>
      </w:r>
      <w:proofErr w:type="spellStart"/>
      <w:r>
        <w:t>Firma</w:t>
      </w:r>
      <w:proofErr w:type="spellEnd"/>
      <w:r>
        <w:t xml:space="preserve"> ____________________________</w:t>
      </w:r>
    </w:p>
    <w:sectPr w:rsidR="006D3F2C" w:rsidSect="006C12B0">
      <w:pgSz w:w="12240" w:h="15840"/>
      <w:pgMar w:top="1440" w:right="1800" w:bottom="993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8461982">
    <w:abstractNumId w:val="8"/>
  </w:num>
  <w:num w:numId="2" w16cid:durableId="473832610">
    <w:abstractNumId w:val="6"/>
  </w:num>
  <w:num w:numId="3" w16cid:durableId="1740789795">
    <w:abstractNumId w:val="5"/>
  </w:num>
  <w:num w:numId="4" w16cid:durableId="1645355003">
    <w:abstractNumId w:val="4"/>
  </w:num>
  <w:num w:numId="5" w16cid:durableId="1808474178">
    <w:abstractNumId w:val="7"/>
  </w:num>
  <w:num w:numId="6" w16cid:durableId="1859659056">
    <w:abstractNumId w:val="3"/>
  </w:num>
  <w:num w:numId="7" w16cid:durableId="788352351">
    <w:abstractNumId w:val="2"/>
  </w:num>
  <w:num w:numId="8" w16cid:durableId="396048884">
    <w:abstractNumId w:val="1"/>
  </w:num>
  <w:num w:numId="9" w16cid:durableId="827675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2AA3"/>
    <w:rsid w:val="00034616"/>
    <w:rsid w:val="0006063C"/>
    <w:rsid w:val="0015074B"/>
    <w:rsid w:val="00201B96"/>
    <w:rsid w:val="0029639D"/>
    <w:rsid w:val="002E793A"/>
    <w:rsid w:val="00326F90"/>
    <w:rsid w:val="006C12B0"/>
    <w:rsid w:val="006D3F2C"/>
    <w:rsid w:val="00A17E6D"/>
    <w:rsid w:val="00AA1D8D"/>
    <w:rsid w:val="00B47730"/>
    <w:rsid w:val="00CB0664"/>
    <w:rsid w:val="00DE79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5263BD"/>
  <w14:defaultImageDpi w14:val="300"/>
  <w15:docId w15:val="{60698FE9-0DFE-4758-B37E-D9BA6BB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Times New Roman" w:hAnsi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95ECB4-6AF0-4B66-ADE4-5CC91150D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Matteo Cicci</cp:lastModifiedBy>
  <cp:revision>5</cp:revision>
  <dcterms:created xsi:type="dcterms:W3CDTF">2026-08-24T09:40:00Z</dcterms:created>
  <dcterms:modified xsi:type="dcterms:W3CDTF">2026-11-04T08:29:00Z</dcterms:modified>
  <cp:category/>
</cp:coreProperties>
</file>